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Exercice 2 - Tableaux</w:t>
      </w:r>
    </w:p>
    <w:p>
      <w:r>
        <w:t>Consigne : Créez un tableau avec les colonnes suivantes : Nom, Service, Téléphone.</w:t>
        <w:br/>
        <w:t>Ajoutez 5 lignes et mettez en forme le tableau.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