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049" w14:textId="77777777" w:rsidR="00AA740F" w:rsidRPr="00FB475E" w:rsidRDefault="00000000">
      <w:pPr>
        <w:pStyle w:val="Titre"/>
        <w:rPr>
          <w:rFonts w:ascii="Arial" w:hAnsi="Arial" w:cs="Arial"/>
        </w:rPr>
      </w:pPr>
      <w:r w:rsidRPr="00FB475E">
        <w:rPr>
          <w:rFonts w:ascii="Arial" w:hAnsi="Arial" w:cs="Arial"/>
        </w:rPr>
        <w:t>Exercice 1 - Tabulations</w:t>
      </w:r>
    </w:p>
    <w:p w14:paraId="265B8109" w14:textId="77777777" w:rsidR="00AA740F" w:rsidRPr="00FB475E" w:rsidRDefault="00000000">
      <w:pPr>
        <w:rPr>
          <w:rFonts w:ascii="Arial" w:hAnsi="Arial" w:cs="Arial"/>
        </w:rPr>
      </w:pPr>
      <w:r w:rsidRPr="00FB475E">
        <w:rPr>
          <w:rFonts w:ascii="Arial" w:hAnsi="Arial" w:cs="Arial"/>
        </w:rPr>
        <w:t>Consigne : Reproduisez la liste suivante en utilisant des tabulations décimales avec points de suite :</w:t>
      </w:r>
      <w:r w:rsidRPr="00FB475E">
        <w:rPr>
          <w:rFonts w:ascii="Arial" w:hAnsi="Arial" w:cs="Arial"/>
        </w:rPr>
        <w:br/>
      </w:r>
    </w:p>
    <w:p w14:paraId="1F71F8CF" w14:textId="415D58ED" w:rsidR="00AA740F" w:rsidRPr="00FB475E" w:rsidRDefault="00FB475E">
      <w:pPr>
        <w:rPr>
          <w:rFonts w:ascii="Arial" w:hAnsi="Arial" w:cs="Arial"/>
        </w:rPr>
      </w:pPr>
      <w:r w:rsidRPr="00FB475E">
        <w:rPr>
          <w:rFonts w:ascii="Arial" w:hAnsi="Arial" w:cs="Arial"/>
        </w:rPr>
        <w:t>Nom</w:t>
      </w:r>
      <w:r>
        <w:rPr>
          <w:rFonts w:ascii="Arial" w:hAnsi="Arial" w:cs="Arial"/>
        </w:rPr>
        <w:t xml:space="preserve"> :</w:t>
      </w:r>
    </w:p>
    <w:p w14:paraId="1F6083DA" w14:textId="0F8D55F2" w:rsidR="00FB475E" w:rsidRPr="00FB475E" w:rsidRDefault="00FB475E">
      <w:pPr>
        <w:rPr>
          <w:rFonts w:ascii="Arial" w:hAnsi="Arial" w:cs="Arial"/>
        </w:rPr>
      </w:pPr>
      <w:proofErr w:type="spellStart"/>
      <w:r w:rsidRPr="00FB475E">
        <w:rPr>
          <w:rFonts w:ascii="Arial" w:hAnsi="Arial" w:cs="Arial"/>
        </w:rPr>
        <w:t>Prénom</w:t>
      </w:r>
      <w:proofErr w:type="spellEnd"/>
      <w:r>
        <w:rPr>
          <w:rFonts w:ascii="Arial" w:hAnsi="Arial" w:cs="Arial"/>
        </w:rPr>
        <w:t xml:space="preserve"> :</w:t>
      </w:r>
    </w:p>
    <w:p w14:paraId="5A210F27" w14:textId="1F84EC84" w:rsidR="00FB475E" w:rsidRDefault="00FB475E">
      <w:pPr>
        <w:rPr>
          <w:rFonts w:ascii="Arial" w:hAnsi="Arial" w:cs="Arial"/>
        </w:rPr>
      </w:pPr>
      <w:r w:rsidRPr="00FB475E">
        <w:rPr>
          <w:rFonts w:ascii="Arial" w:hAnsi="Arial" w:cs="Arial"/>
        </w:rPr>
        <w:t xml:space="preserve">Né(e) le </w:t>
      </w:r>
      <w:r>
        <w:rPr>
          <w:rFonts w:ascii="Arial" w:hAnsi="Arial" w:cs="Arial"/>
        </w:rPr>
        <w:t>: à :</w:t>
      </w:r>
    </w:p>
    <w:p w14:paraId="40ADC723" w14:textId="7FC2C679" w:rsidR="00FB475E" w:rsidRDefault="00FB475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Nationalité</w:t>
      </w:r>
      <w:proofErr w:type="spellEnd"/>
      <w:r>
        <w:rPr>
          <w:rFonts w:ascii="Arial" w:hAnsi="Arial" w:cs="Arial"/>
        </w:rPr>
        <w:t xml:space="preserve"> :</w:t>
      </w:r>
    </w:p>
    <w:p w14:paraId="67FD43EC" w14:textId="7FCED790" w:rsidR="00FB475E" w:rsidRDefault="00FB475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Adresse</w:t>
      </w:r>
      <w:proofErr w:type="spellEnd"/>
      <w:r>
        <w:rPr>
          <w:rFonts w:ascii="Arial" w:hAnsi="Arial" w:cs="Arial"/>
        </w:rPr>
        <w:t xml:space="preserve"> :</w:t>
      </w:r>
    </w:p>
    <w:p w14:paraId="1057064B" w14:textId="255CB6D7" w:rsidR="00FB475E" w:rsidRPr="00FB475E" w:rsidRDefault="00FB475E">
      <w:pPr>
        <w:rPr>
          <w:rFonts w:ascii="Arial" w:hAnsi="Arial" w:cs="Arial"/>
        </w:rPr>
      </w:pPr>
      <w:r>
        <w:rPr>
          <w:rFonts w:ascii="Arial" w:hAnsi="Arial" w:cs="Arial"/>
        </w:rPr>
        <w:t>Code postal : Ville :</w:t>
      </w:r>
    </w:p>
    <w:sectPr w:rsidR="00FB475E" w:rsidRPr="00FB475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5468819">
    <w:abstractNumId w:val="8"/>
  </w:num>
  <w:num w:numId="2" w16cid:durableId="805395925">
    <w:abstractNumId w:val="6"/>
  </w:num>
  <w:num w:numId="3" w16cid:durableId="1397973998">
    <w:abstractNumId w:val="5"/>
  </w:num>
  <w:num w:numId="4" w16cid:durableId="1908344796">
    <w:abstractNumId w:val="4"/>
  </w:num>
  <w:num w:numId="5" w16cid:durableId="1821771912">
    <w:abstractNumId w:val="7"/>
  </w:num>
  <w:num w:numId="6" w16cid:durableId="570818660">
    <w:abstractNumId w:val="3"/>
  </w:num>
  <w:num w:numId="7" w16cid:durableId="1163548205">
    <w:abstractNumId w:val="2"/>
  </w:num>
  <w:num w:numId="8" w16cid:durableId="943541076">
    <w:abstractNumId w:val="1"/>
  </w:num>
  <w:num w:numId="9" w16cid:durableId="2122216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782F"/>
    <w:rsid w:val="00AA1D8D"/>
    <w:rsid w:val="00AA740F"/>
    <w:rsid w:val="00B47730"/>
    <w:rsid w:val="00C7520E"/>
    <w:rsid w:val="00CB0664"/>
    <w:rsid w:val="00FB47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0ED58A"/>
  <w14:defaultImageDpi w14:val="300"/>
  <w15:docId w15:val="{F41180B5-EEA6-4A5B-9DD9-DCB23B43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172</Characters>
  <Application>Microsoft Office Word</Application>
  <DocSecurity>0</DocSecurity>
  <Lines>10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Eric Carbonnier</cp:lastModifiedBy>
  <cp:revision>2</cp:revision>
  <dcterms:created xsi:type="dcterms:W3CDTF">2013-12-23T23:15:00Z</dcterms:created>
  <dcterms:modified xsi:type="dcterms:W3CDTF">2026-04-01T16:52:00Z</dcterms:modified>
  <cp:category/>
</cp:coreProperties>
</file>